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Mesačný dochádzkový list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Mesiac / Rok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Zamestnanec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Firma / pracovisko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Dátum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Deň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Príchod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Podpis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Odchod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Podpis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Prestávka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Hodiny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Poznámky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Hodiny spolu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Podpis zamestnanca a dátum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Podpis zamestnávateľa a dátum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Bezplatná šablóna od EasyHours · easyhours.sk – dochádzku zaznamenáte telefónom alebo zdieľaným tabletom namiesto papiera.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sk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https://easyhours.sk/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